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 למשחקי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ישראל והעולם דרך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לוגית, חישוב ואחוזים בדרך משחקית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אוצר מילים וזיהוי קשרים בין מילים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רמז ופתרון שלב אחר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ישראל: טבע, מקומות וחגים – זיהוי וזכירה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הנגב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ישראל: טבע, מקומות וחגים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במרכז דגל ישראל, בין שני פסים כחולים, מופיע מגן דוד.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בט״ו בשבט נוהגים לנטוע עצים ולאכול פירות, זהו ראש השנה לאילנות.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ישראל: טבע, מקומות וחגים – השלמת מידע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ישראל: טבע, מקומות וחגים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(אגם עם מים מתוקים)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(מים מלוחים מאוד, קל לצוף)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(מדבר גדול בדרום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(ממנו מפיקים שמן)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העולם: גאוגרפיה, חלל וטבע – שאלות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חמה (מרקורי)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העולם: גאוגרפיה, חלל וטבע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העולם: גאוגרפיה, חלל וטבע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(הנהר הארוך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(היבשת הקרה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(היונק הגדול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(כוכב הלכת הקרוב לשמש)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העולם: גאוגרפיה, חלל וטבע – חשיבה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חידות מה אני ומה המשותף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חידה יש רמזים שמתארים דבר אחד, והמשימה היא לגלות מה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סט מורכב מכמה רמזים, וכולם מתחברים למילה משותפת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חידות מה אני ומה המשותף – מכירים את המשחקים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כמה אותיות יש במילה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ללחוץ על גלו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חידות מה אני ומה המשותף – מכירים את המשחקים (השלמה)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חידות מה אני ומה המשותף – פותרים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חידות היגיון וחשבון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כפתור רמז שמופיע לפני גילוי התשובה הסופית.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הפתרון מוצג צעד אחר צעד, כדי להבין את כל הדרך לתשובה.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חידות היגיון וחשבון – פותרים לפי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9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חידות היגיון וחשבון – הסבר ודרך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חידות היגיון וחשבון – שלבי החשיבה המודרכת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החידה פעמיים ומבינים מה בדיוק 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רושמים מה ידוע בחידה, למשל כמה ראשים וכמה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מנסים מספר אפשרי ובודקים אם הוא מתאים לכל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התשובה הסופית ובודקים שהיא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חידות אחוזים וחלקים – זיהוי חצי ורבע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חידות אחוזים וחלקים – תרגול עם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חצי מתוך שלם הוא 50 מתוך 100, כלומר 50 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רבע שווה ל-25 אחוז, ושלושה רבעים שווים ל-75 אחוז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חידות אחוזים וחלקים – חלוקת עוגה וכיתה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חידות אחוזים וחלקים – חישוב 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מול מפתח התשובות כמה שאלות ענו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אם כתבו את דרך הפתרון ולא רק את התשובה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אישית עם הסבר קצר, לא רק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קצרים,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צעירות אפשר להקריא את החידות בקול ולעבוד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 של כתיבת חידה דומה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בשיחה קצרה על הפתרון ועל דרך החשיבה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 למשחקי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תמצאו חידות וטריוויה בכמה נושאים, בדיוק כמו במשחקים באתר. פתרו כל פרק בשקט, ואחר כך בדקו את עצמכם מול מפתח התשובות. אפשר לעבוד לבד או בזוגות.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כדור הארץ  ·  הסבר  ·  אסתר  ·  9  ·  אפריקה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ישראל: טבע, מקומות וחגים – זיהוי וזכירה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אגם המים המתוקים הגדול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ים אפשר לצוף בקלות בזכות כמות המלח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מדבר גדול משתרע בדרום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הנגב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ישראל: טבע, מקומות וחגים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מגן דוד מופיע באמצע דגל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בט״ו בשבט נוהגים לצום כל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ישראל: טבע, מקומות וחגים – השלמת מידע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פורים קוראים את מגילת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ישראל: טבע, מקומות וחגים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מים מלוחים מאוד, קל לצוף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אגם עם מים מתוקים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ממנו מפיקים 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עץ הזית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מדבר גדול בדרום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העולם: גאוגרפיה, חלל וטבע – שאלות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נהר באפריקה נחשב לארוך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כוכב לכת הכי קרוב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חמה (מרקורי)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העולם: גאוגרפיה, חלל וטבע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הנהר הארוך בעולם נמצא ביבשת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הכוכב שעליו אנחנו חיים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העולם: גאוגרפיה, חלל וטבע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נילוס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היבשת הקרה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היונק הגדול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לוויתן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כוכב הלכת הקרוב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חמה (מרקורי)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הנהר הארוך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העולם: גאוגרפיה, חלל וטבע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חידות מה אני ומה המשותף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"מה אני?" קוראים כמה רמזים ומנסים לנחש מהו החפץ, המקום או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"מה המשותף?" צריך למצוא מילה אחת שמתאימה לכל הרמזים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חידות מה אני ומה המשותף – מכירים את המשחקים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"מה המשותף?" המשבצות שמופיעות על המסך מראות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שאלות נשארו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אותיות יש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נקודות צברה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אחרי שמנחשים תשובה במשחק "מה אני?" מה אפשר לעשות כדי לבדוק אם צדקו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ללחוץ על גלו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לדלג לחידה הבאה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לכבות את המחשב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חידות מה אני ומה המשותף – מכירים את המשחקים (השלמה)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חידת "מה אני" יש רמז, הקראה בקול וגם __________ שמסביר את התשובה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חידות מה אני ומה המשותף – פותרים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חידת מה אני: יש בי ערים בלי בתים, יערות בלי עצים וימים בלי טיפת מים. מה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חידה קלאסית: יש לי שיניים אבל אני לא נושך, יש לי גב אך לא כואב לי. מה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חידות היגיון וחשבון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חידה אפשר ללחוץ על רמז לפני שרואים את הפתרון.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הפתרון של החידה מוצג בבת אחת, בלי הסברים.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חידות היגיון וחשבון – פותרים לפי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בחווה יש פרות ותרנגולות בלבד, עם 7 ראשים ו-20 רגליים. כמה פרות יש בחווה?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עוגה חתוכה ל-12 חלקים שווים. בהפסקה אכלו רבע מהעוגה. כמה חלקים נשארו?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 חלקים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חידות היגיון וחשבון – הסבר ודרך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חידות היגיון וחשבון – שלבי החשיבה המודרכת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מנסים מספר אפשרי ובודקים אם הוא מתאים לכל הנתונים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התשובה הסופית ובודקים שהיא הגיונית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רושמים מה ידוע בחידה, למשל כמה ראשים וכמה רגליים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החידה פעמיים ומבינים מה בדיוק שואלים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חידות אחוזים וחלקים – זיהוי חצי ורבע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זה חצי מתוך 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רבע הוא חלק אחד מתוך כמה חלקים שווים?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חידות אחוזים וחלקים – תרגול עם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חצי שווה ל-50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רבע שווה ל-75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חידות אחוזים וחלקים – חלוקת עוגה וכיתה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עוגה חתוכה ל-12 חתיכות שוות. אכלו רבע מהעוגה. נשארו __________ חתיכות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5 · חידות אחוזים וחלקים – חישוב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בכיתה יש 20 תלמידים. חצי מהכיתה יצאו להפסקה. כמה תלמידים יצאו?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ידעתי לענות על רוב שאלות הטריוויה על ישראל והעולם?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לפתור את חידות ההיגיון והאחוזים בעצמי?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חידות וטריוויה למשחקי חשיבה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