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חידות וטריוויה למשחקי חשיבה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בסיסיות על ישראל והעולם דרך 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לוגית, חישוב ואחוזים בדרך משחקית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אוצר מילים וזיהוי קשרים בין מילים ורמזים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מדויקת של רמז ופתרון שלב אחר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ישראל: טבע, מקומות וחגים – זיהוי וזכירה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הנגב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עץ הזית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ישראל: טבע, מקומות וחגים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במרכז דגל ישראל, בין שני פסים כחולים, מופיע מגן דוד.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בט״ו בשבט נוהגים לנטוע עצים ולאכול פירות, זהו ראש השנה לאילנות.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ישראל: טבע, מקומות וחגים – השלמת מידע ומיון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אסתר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ישראל: טבע, מקומות וחגים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(אגם עם מים מתוקים)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(מים מלוחים מאוד, קל לצוף)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(מדבר גדול בדרום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(ממנו מפיקים שמן)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(חג נטיעת העצים)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העולם: גאוגרפיה, חלל וטבע – שאלות 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נילוס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חמה (מרקורי)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לוויתן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אנטארקטיקה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העולם: גאוגרפיה, חלל וטבע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כדור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ים (אוקיינוס)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העולם: גאוגרפיה, חלל וטבע – התאמת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(הנהר הארוך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(היבשת הקרה ביותר)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(היונק הגדול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(כוכב הלכת הקרוב לשמש)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(מדבר גדול באפריקה)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העולם: גאוגרפיה, חלל וטבע – חשיבה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היקום כולל כוכבי לכת רבים, כוכבים אחרים וגלקסיות שלמות.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הנילוס עובר דרך מספר מדינות, כמו מצרים וסודן.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חידות מה אני ומה המשותף – מכירים את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בכל חידה יש רמזים שמתארים דבר אחד, והמשימה היא לגלות מה הוא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 סט מורכב מכמה רמזים, וכולם מתחברים למילה משותפת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בשני המשחקים יש כפתור רמז שעוזר להתקדם בלי לוותר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חידות מה אני ומה המשותף – מכירים את המשחקים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כמה אותיות יש במילה המשותפת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ללחוץ על גלו 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חידות מה אני ומה המשותף – מכירים את המשחקים (השלמה)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חידות מה אני ומה המשותף – פותרים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מסרק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מצב כיתה / מקרן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חידות היגיון וחשבון – היכרות עם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כפתור רמז שמופיע לפני גילוי התשובה הסופית.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הפתרון מוצג צעד אחר צעד, כדי להבין את כל הדרך לתשובה.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חידת היגיון וחשבון על בעלי חיים בחווה, לא על שירה.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חידות היגיון וחשבון – פותרים לפי הדוגמה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 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9 חלקים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3 עכבישים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חידות היגיון וחשבון – הסבר ודרך 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בודקים: 3 פרות ו-4 תרנגולות = 7 ראשים; 3×4+4×2=12+8=20 רגליים – מתאים לנתונים.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 פרות ו-5 תרנגולות: 4+5=9 ראשים; 4×4+5×2=16+10=26 רגליים – מתאים.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חידות היגיון וחשבון – שלבי החשיבה המודרכת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החידה פעמיים ומבינים מה בדיוק שואלים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רושמים מה ידוע בחידה, למשל כמה ראשים וכמה רגליים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מנסים מספר אפשרי ובודקים אם הוא מתאים לכל הנתונים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את התשובה הסופית ובודקים שהיא הגיונית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חידות אחוזים וחלקים – זיהוי חצי ורבע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חידות אחוזים וחלקים – תרגול עם מספרים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חצי מתוך שלם הוא 50 מתוך 100, כלומר 50 אחוז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רבע שווה ל-25 אחוז, ושלושה רבעים שווים ל-75 אחוז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חידות אחוזים וחלקים – חלוקת עוגה וכיתה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5 · חידות אחוזים וחלקים – חישוב מעשי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מול מפתח התשובות כמה שאלות ענו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אם כתבו את דרך הפתרון ולא רק את התשובה הסופית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אישית עם הסבר קצר, לא רק מילה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לכמה שיעורים קצרים, פרק אחד או שניים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צעירות אפשר להקריא את החידות בקול ולעבוד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 של כתיבת חידה דומה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בשיחה קצרה על הפתרון ועל דרך החשיבה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חידות וטריוויה למשחקי חשיבה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יש חידות וטריוויה. פותרים כל פרק לאט. אחר כך בודקים תשובה. אפשר לעבוד עם חבר או חברה.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טריוויה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שאלות ידע עם כמה תשובות לבחירה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או משפט שעוזר לפתור חידה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המשותף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אחת שמחברת כמה רמזים שונים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אחוזים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להראות חלק ממשהו, למשל חצי או רבע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פתרון מודרך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שלב אחר שלב איך הגיעו לתשובה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חדר בריחה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עם כמה שלבים שבסופם פותחים קוד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חידת היגיון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חידה שפותרים בעזרת חשיבה והיסק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מגן דוד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הסמל שבמרכז דגל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כנרת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אגם המים המתוקים הגדול בישראל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נגב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המדבר הגדול שבדרום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ישראל: טבע, מקומות וחגים – זיהוי וזכירה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לאגם המים המתוקים הגדול?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מפרץ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ים קל לצוף?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הים האדום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למדבר שבדרום הארץ?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אטקמה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מאיזה עץ מפיקים שמן זית?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 האורן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 הזית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 האלון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הברוש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ישראל: טבע, מקומות וחגים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מגן דוד מופיע באמצע דגל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בט״ו בשבט נוהגים לצום כל היום.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ישראל: טבע, מקומות וחגים – השלמת מידע ומיון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בחג פורים קוראים את מגילת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בעברית יש __________ אותיות סופיות: ך, ם, ן, ף, 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ישראל: טבע, מקומות וחגים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הכנרת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מים מלוחים מאוד, קל לצוף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ים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חג נטיעת העצים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הנגב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אגם עם מים מתוקים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עץ הזית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מדבר גדול בדרום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ט״ו בשבט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ממנו מפיקים שמן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העולם: גאוגרפיה, חלל וטבע – שאלות 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הנהר הארוך ביותר באפריקה?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נילוס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יבשות קיימות?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כוכב לכת נמצא הכי קרוב לשמש?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כדור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חמה (מרקורי)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היונק הכי 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ג'ירפה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לוויתן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קרנף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יבשת הכי קרה?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אנטארקטיקה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אפריקה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העולם: גאוגרפיה, חלל וטבע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הנהר הארוך בעולם נמצא ביבשת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הכוכב שעליו אנחנו חיים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הלוויתן הכחול, היונק הגדול בעולם, חי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העולם: גאוגרפיה, חלל וטבע – התאמת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נילוס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היונק הגדול בעולם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אנטארקטיקה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כוכב הלכת הקרוב לשמש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לוויתן כחול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מדבר גדול באפריקה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חמה (מרקורי)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הנהר הארוך בעולם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היבשת הקרה ביותר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העולם: גאוגרפיה, חלל וטבע – חשיבה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היקום מורכב רק מכדור הארץ והשמש.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הנילוס זורם דרך כמה מדינות באפריקה.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חידות מה אני ומה המשותף – מכירים את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"מה אני?" קוראים כמה רמזים ומנסים לנחש מהו החפץ, המקום או הדבר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"מה המשותף?" צריך למצוא מילה אחת שמתאימה לכל הרמזים 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לא מצליחים לפתור חידה אפשר ללחוץ על כפתור רמז כדי לקבל עזרה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חידות מה אני ומה המשותף – מכירים את המשחקים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מראות המשבצות במשחק מה המשותף?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שאלות נשארו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אותיות יש במילה המשותפת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נקודות צברה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דקות נותרו בטיימר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בודקים אם התשובה נכונה?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ללחוץ על גלו 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לדלג לחידה הבאה בלי 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לכבות את המחשב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לשאול חבר בלי לחשוב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חידות מה אני ומה המשותף – מכירים את המשחקים (השלמה)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חידת "מה אני" יש רמז, הקראה בקול וגם __________ שמסביר את התשובה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חידות מה אני ומה המשותף – פותרים ביחד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אני: יש בי ערים, יערות וימים, אבל בלי בתים, עצים ומים אמיתיים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יש לי שיניים וגב, אבל לא נושך ולא כואב. מה אני?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מברשת שיניים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מצב מתאים למשחק בקבוצות?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 יחידים עם 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מצב כיתה / מקרן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מצב בלי טיימר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מצב עולים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חידות היגיון וחשבון – היכרות עם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חידה אפשר ללחוץ על רמז לפני שרואים את הפתרון.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הפתרון של החידה מוצג בבת אחת, בלי הסברים.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חידת 'ראשים ורגליים' היא חידה על שירה וסיפורים.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חידות היגיון וחשבון – פותרים לפי הדוגמה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7 ראשים, 20 רגליים – כמה פרות?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12 חלקים, אכלו רבע – כמה נשארו?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 חלקים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 חלקים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 חלקים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חלקים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5 ראשים, 28 רגליים, עכבישים וציפורים – כמה עכבישים?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עכבישים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 עכבישים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 עכבישים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עכבישים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חידות היגיון וחשבון – הסבר ודרך 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איך בודקים שהתשובה '3 פרות' נכונה בחידת החווה (7 ראשים, 20 רגליים).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בחווה יש פרות ותרנגולות, 9 ראשים ו-26 רגליים. כמה פרות יש? הסבירו את הדרך.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4 · חידות היגיון וחשבון – שלבי החשיבה המודרכת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רושמים מה ידוע בחידה, למשל כמה ראשים וכמה רגליים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החידה פעמיים ומבינים מה בדיוק שואלים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התשובה הסופית ובודקים שהיא הגיונית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מנסים מספר אפשרי ובודקים אם הוא מתאים לכל הנתונים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חידות אחוזים וחלקים – זיהוי חצי ורבע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חצי מ-10 שווה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כשמחלקים משהו לרבעים, לכמה חלקים מחלקים?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חידות אחוזים וחלקים – תרגול עם 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חצי שווה ל-50 אחוז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רבע שווה ל-75 אחוז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חידות אחוזים וחלקים – חלוקת עוגה וכיתה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עוגה חתוכה ל-12 חתיכות שוות. אכלו רבע מהעוגה. נשארו __________ חתיכות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הנחה בחנות היא 10 אחוזים ממוצר שמחירו 100 שקל. ההנחה שווה ל-__________ שקלים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5 · חידות אחוזים וחלקים – חישוב מעשי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חצי מ-20 שווה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רבע מ-40 שווה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ידעתי לענות על רוב שאלות הטריוויה על ישראל והעולם?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לפתור את חידות ההיגיון והאחוזים בעצמי?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סוג חידה היה הכי מאתגר עבורי,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חידות וטריוויה למשחקי חשיבה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