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ישראל והעולם דרך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חישוב ואחוזים בדרך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וזיהוי קשרים בין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רמז ופתרון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ישראל: טבע, מקומות וחגים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עץ הזית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ישראל: טבע, מקומות וחגים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במרכז דגל ישראל, בין שני פסים כחולים, מופיע מגן דוד.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בט״ו בשבט נוהגים לנטוע עצים ולאכול פירות, זהו ראש השנה לאילנות.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ישראל: טבע, מקומות וחגים – השלמת מידע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ישראל: טבע, מקומות וחגים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(אגם עם מים מתוקים)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מלוחים מאוד, קל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(מדבר גדול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(ממנו מפיקים 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(חג נטיעת העצים)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העולם: גאוגרפיה, חלל וטבע – שאלות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חמה (מרקורי)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לוויתן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אנטארקטיקה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העולם: גאוגרפיה, חלל וטבע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ים (אוקיינוס)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העולם: גאוגרפיה, חלל וטבע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(הנהר הארוך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(היונק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(כוכב הלכת הקרוב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(מדבר גדול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העולם: גאוגרפיה, חלל וטבע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היקום כולל כוכבי לכת רבים, כוכבים אחרים וגלקסיות שלמות.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הנילוס עובר דרך מספר מדינות, כמו מצרים וסודן.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מה אני ומה המשותף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רמזים שמתארים דבר אחד, והמשימה היא לגלות מה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סט מורכב מכמה רמזים, וכולם מתחברים למילה משותפת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 המשחקים יש כפתור רמז שעוזר להתקדם בלי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מה אני ומה המשותף – מכירים את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ללחוץ על גלו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מה אני ומה המשותף – מכירים את המשחקים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חידות מה אני ומה המשותף – פותרים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מצב כיתה / מקרן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היגיון וחשבון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רמז שמופיע לפני גילוי התשובה הסופית.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מוצג צעד אחר צעד, כדי להבין את כל הדרך לתשובה.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חידת היגיון וחשבון על בעלי חיים בחווה, לא על שירה.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היגיון וחשבון – פותרים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9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 עכבישים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היגיון וחשבון – הסבר ודרך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בודקים: 3 פרות ו-4 תרנגולות = 7 ראשים; 3×4+4×2=12+8=20 רגליים – מתאים לנתונים.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 פרות ו-5 תרנגולות: 4+5=9 ראשים; 4×4+5×2=16+10=26 רגליים – מתאים.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חידות היגיון וחשבון – שלבי החשיבה המודרכת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החידה פעמיים ומבינים מה בדיוק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מה ידוע בחידה, למשל כמה ראשים וכמה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מספר אפשרי ובודקים אם הוא מתאים לכל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התשובה הסופית ובודקים שהיא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אחוזים וחלקים – זיהוי חצי ורבע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אחוזים וחלקים – תרגול עם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חצי מתוך שלם הוא 50 מתוך 100, כלומר 50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רבע שווה ל-25 אחוז, ושלושה רבעים שווים ל-75 אחוז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חידות אחוזים וחלקים – חלוקת עוגה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חידות אחוזים וחלקים – חישוב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מול מפתח התשובות כמה שאלות ענו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כתבו את דרך הפתרון ולא רק את התשובה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אישית עם הסבר קצר, 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אפשר להקריא את החידות בקול ולעבוד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חידה דומה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הפתרון ועל דרך החשיבה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תמצאו חידות וטריוויה בכמה נושאים, בדיוק כמו במשחקים באתר. פתרו כל פרק בשקט, ואחר כך בדקו את עצמכם מול מפתח התשובות. אפשר לעבוד לבד או בזוגות.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ישראל: טבע, מקומות וחגים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אפשר לצוף בקלות בזכות כמות המלח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מדבר גדול משתרע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עץ המקור לשמן בעל גוון ירוק-זהוב שמוכר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הברוש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ישראל: טבע, מקומות וחגים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מופיע באמצע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בט״ו בשבט נוהגים לצום כל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ישראל: טבע, מקומות וחגים – השלמת מידע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פורים קוראים את 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בעברית יש __________ אותיות סופיות: ך, ם, ן, ף, 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ישראל: טבע, מקומות וחגים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מלוחים מאוד, קל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ממנו מפיקים 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עם מים מתוקים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הזית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נטיעת העצים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מדבר גדול בדרום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העולם: גאוגרפיה, חלל וטבע – שאלות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כוכב לכת הכי קרוב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חמה (מרקורי)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בעל חיים נחשב ליונק הגדול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היבשת הקרה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העולם: גאוגרפיה, חלל וטבע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הארוך בעולם נמצא ביבשת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הכוכב שעליו אנחנו חיים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הלוויתן הכחול, היונק הגדול בעולם, חי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העולם: גאוגרפיה, חלל וטבע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 גדול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היונק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כוכב הלכת הקרוב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חמה (מרקורי)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היבשת הקרה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הנהר הארוך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העולם: גאוגרפיה, חלל וטבע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היקום מורכב רק מכדור הארץ והשמש.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הנילוס זורם דרך כמה מדינות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חידות מה אני ומה המשותף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"מה אני?" קוראים כמה רמזים ומנסים לנחש מהו החפץ, המקום או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"מה המשותף?" צריך למצוא מילה אחת שמתאימה לכל הרמזים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מצליחים לפתור חידה אפשר ללחוץ על כפתור רמז כדי לקבל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חידות מה אני ומה המשותף – מכירים את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"מה המשותף?" המשבצות שמופיעות על המסך מראות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שאלות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נקודות צברה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דקות נותרו בטיימר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שמנחשים תשובה במשחק "מה אני?" מה אפשר לעשות כדי לבדוק אם צדקו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ללחוץ על גלו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לדלג לחידה הבאה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את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חבר בלי לחשוב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חידות מה אני ומה המשותף – מכירים את המשחקים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חידת "מה אני" יש רמז, הקראה בקול וגם __________ שמסביר את התשובה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חידות מה אני ומה המשותף – פותרים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חידת מה אני: יש בי ערים בלי בתים, יערות בלי עצים וימים בלי טיפת מים.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חידה קלאסית: יש לי שיניים אבל אני לא נושך, יש לי גב אך לא כואב לי.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מברשת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מצב משחק אפשר לחלק את הכיתה לקבוצות ולצבור נקודות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יחידים עם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כיתה / מקרן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בלי טיימר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 עולים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היגיון וחשבון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אפשר ללחוץ על רמז לפני שרואים את הפתרון.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של החידה מוצג בבת אחת, בלי הסברים.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'ראשים ורגליים' היא חידה על שירה וסיפורים.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היגיון וחשבון – פותרים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פרות ותרנגולות בלבד, עם 7 ראשים ו-20 רגליים. כמה פרות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עוגה חתוכה ל-12 חלקים שווים. בהפסקה אכלו רבע מהעוגה. כמה חלקים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בחצר יש רק עכבישים (8 רגליים כל אחד) וציפורים (2 רגליים כל אחת). סה״כ יש 5 ראשים ו-28 רגליים. כמה עכבישים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עכבישים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חידות היגיון וחשבון – הסבר ודרך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בודקים שהתשובה '3 פרות' נכונה בחידת החווה (7 ראשים, 20 רגליים).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בחווה יש פרות ותרנגולות, 9 ראשים ו-26 רגליים. כמה פרות יש? הסבירו את הדרך.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חידות היגיון וחשבון – שלבי החשיבה המודרכת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מה ידוע בחידה, למשל כמה ראשים וכמה רגליים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מספר אפשרי ובודקים אם הוא מתאים לכל הנתונים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התשובה הסופית ובודקים שהיא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החידה פעמיים ומבינים מה בדיוק שואלים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אחוזים וחלקים – זיהוי חצי ורבע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חצי מתוך 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רבע הוא חלק אחד מתוך כמה חלקים שווים?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אחוזים וחלקים – תרגול עם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רבע שווה ל-75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חידות אחוזים וחלקים – חלוקת עוגה וכיתה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עוגה חתוכה ל-12 חתיכות שוות. אכלו רבע מהעוגה. נשארו __________ חתיכות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הנחה בחנות היא 10 אחוזים ממוצר שמחירו 100 שקל. ההנחה שווה ל-__________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חידות אחוזים וחלקים – חישוב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יש 20 תלמידים. חצי מהכיתה יצאו להפסקה. כמה תלמידים יצאו?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בשקית יש 40 סוכריות, ורבע מהן אדומות. כמה סוכריות אדומות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לענות על רוב שאלות הטריוויה על ישראל והעולם?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לפתור את חידות ההיגיון והאחוזים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חידה היה הכי מאתגר עבורי,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 למשחקי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